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2A6CA" w14:textId="626C9088" w:rsidR="00B654B7" w:rsidRPr="005A7A3B" w:rsidRDefault="00C24232">
      <w:pPr>
        <w:pStyle w:val="Heading1"/>
        <w:jc w:val="center"/>
      </w:pPr>
      <w:r w:rsidRPr="005A7A3B">
        <w:t>ÕPILASTÖÖDE KONKURSS „KIIP JA KOOD“</w:t>
      </w:r>
      <w:r w:rsidR="00657612">
        <w:t xml:space="preserve"> </w:t>
      </w:r>
      <w:r w:rsidRPr="005A7A3B">
        <w:t>PORTFOOLIO</w:t>
      </w:r>
    </w:p>
    <w:p w14:paraId="59A29D66" w14:textId="77777777" w:rsidR="00B654B7" w:rsidRPr="005A7A3B" w:rsidRDefault="00C24232">
      <w:pPr>
        <w:pStyle w:val="Heading2"/>
      </w:pPr>
      <w:r w:rsidRPr="005A7A3B">
        <w:t>1. Üldandmed</w:t>
      </w:r>
    </w:p>
    <w:tbl>
      <w:tblPr>
        <w:tblStyle w:val="TableGrid"/>
        <w:tblW w:w="0" w:type="auto"/>
        <w:tblLook w:val="04A0" w:firstRow="1" w:lastRow="0" w:firstColumn="1" w:lastColumn="0" w:noHBand="0" w:noVBand="1"/>
      </w:tblPr>
      <w:tblGrid>
        <w:gridCol w:w="3562"/>
        <w:gridCol w:w="5068"/>
      </w:tblGrid>
      <w:tr w:rsidR="00B654B7" w:rsidRPr="005A7A3B" w14:paraId="610D3411" w14:textId="77777777" w:rsidTr="005D3282">
        <w:tc>
          <w:tcPr>
            <w:tcW w:w="3642" w:type="dxa"/>
          </w:tcPr>
          <w:p w14:paraId="4E7D3329" w14:textId="31724FBB" w:rsidR="00B654B7" w:rsidRPr="005A7A3B" w:rsidRDefault="005D3282">
            <w:r w:rsidRPr="005A7A3B">
              <w:t>Konkursitöö nimi</w:t>
            </w:r>
          </w:p>
        </w:tc>
        <w:tc>
          <w:tcPr>
            <w:tcW w:w="5214" w:type="dxa"/>
          </w:tcPr>
          <w:p w14:paraId="34209552" w14:textId="64D8B5E3" w:rsidR="00B654B7" w:rsidRPr="005A7A3B" w:rsidRDefault="005D3282">
            <w:r w:rsidRPr="005A7A3B">
              <w:t>Minu unistuste kodu</w:t>
            </w:r>
          </w:p>
        </w:tc>
      </w:tr>
      <w:tr w:rsidR="00B654B7" w:rsidRPr="005A7A3B" w14:paraId="5CDF1DEF" w14:textId="77777777" w:rsidTr="005D3282">
        <w:tc>
          <w:tcPr>
            <w:tcW w:w="3642" w:type="dxa"/>
          </w:tcPr>
          <w:p w14:paraId="529362BE" w14:textId="77777777" w:rsidR="00B654B7" w:rsidRPr="005A7A3B" w:rsidRDefault="00C24232">
            <w:r w:rsidRPr="005A7A3B">
              <w:t>Konkursitöö tüüp (riistvara / tarkvara)</w:t>
            </w:r>
          </w:p>
        </w:tc>
        <w:tc>
          <w:tcPr>
            <w:tcW w:w="5214" w:type="dxa"/>
          </w:tcPr>
          <w:p w14:paraId="7B3FE272" w14:textId="7E94A094" w:rsidR="00B654B7" w:rsidRPr="005A7A3B" w:rsidRDefault="005D3282">
            <w:r w:rsidRPr="005A7A3B">
              <w:t>Riistvara</w:t>
            </w:r>
          </w:p>
        </w:tc>
      </w:tr>
      <w:tr w:rsidR="00B654B7" w:rsidRPr="005A7A3B" w14:paraId="43F48DA4" w14:textId="77777777" w:rsidTr="005D3282">
        <w:tc>
          <w:tcPr>
            <w:tcW w:w="3642" w:type="dxa"/>
          </w:tcPr>
          <w:p w14:paraId="4E202C9C" w14:textId="77777777" w:rsidR="00B654B7" w:rsidRPr="005A7A3B" w:rsidRDefault="00C24232">
            <w:r w:rsidRPr="005A7A3B">
              <w:t>Töö valmimise aasta</w:t>
            </w:r>
          </w:p>
        </w:tc>
        <w:tc>
          <w:tcPr>
            <w:tcW w:w="5214" w:type="dxa"/>
          </w:tcPr>
          <w:p w14:paraId="435C389C" w14:textId="4958800A" w:rsidR="00B654B7" w:rsidRPr="005A7A3B" w:rsidRDefault="005D3282">
            <w:r w:rsidRPr="005A7A3B">
              <w:t>2025</w:t>
            </w:r>
          </w:p>
        </w:tc>
      </w:tr>
    </w:tbl>
    <w:p w14:paraId="2CFBF1AA" w14:textId="77777777" w:rsidR="00B654B7" w:rsidRPr="005A7A3B" w:rsidRDefault="00C24232">
      <w:pPr>
        <w:pStyle w:val="Heading2"/>
      </w:pPr>
      <w:r w:rsidRPr="005A7A3B">
        <w:t>2. Konkursitöö esitaja andmed</w:t>
      </w:r>
    </w:p>
    <w:tbl>
      <w:tblPr>
        <w:tblStyle w:val="TableGrid"/>
        <w:tblW w:w="0" w:type="auto"/>
        <w:tblLook w:val="04A0" w:firstRow="1" w:lastRow="0" w:firstColumn="1" w:lastColumn="0" w:noHBand="0" w:noVBand="1"/>
      </w:tblPr>
      <w:tblGrid>
        <w:gridCol w:w="3442"/>
        <w:gridCol w:w="5188"/>
      </w:tblGrid>
      <w:tr w:rsidR="00B654B7" w:rsidRPr="005A7A3B" w14:paraId="13BBB727" w14:textId="77777777" w:rsidTr="000067BF">
        <w:tc>
          <w:tcPr>
            <w:tcW w:w="3534" w:type="dxa"/>
          </w:tcPr>
          <w:p w14:paraId="5872CF5D" w14:textId="77777777" w:rsidR="00B654B7" w:rsidRPr="005A7A3B" w:rsidRDefault="00C24232">
            <w:r w:rsidRPr="005A7A3B">
              <w:t>Ees- ja perekonnanimi</w:t>
            </w:r>
          </w:p>
        </w:tc>
        <w:tc>
          <w:tcPr>
            <w:tcW w:w="5322" w:type="dxa"/>
          </w:tcPr>
          <w:p w14:paraId="4789FD00" w14:textId="78C8866E" w:rsidR="00B654B7" w:rsidRPr="005A7A3B" w:rsidRDefault="005D3282">
            <w:r w:rsidRPr="005A7A3B">
              <w:t>Jaan Juurikas</w:t>
            </w:r>
          </w:p>
        </w:tc>
      </w:tr>
      <w:tr w:rsidR="00B654B7" w:rsidRPr="005A7A3B" w14:paraId="11C4222C" w14:textId="77777777" w:rsidTr="000067BF">
        <w:tc>
          <w:tcPr>
            <w:tcW w:w="3534" w:type="dxa"/>
          </w:tcPr>
          <w:p w14:paraId="236E17F4" w14:textId="77777777" w:rsidR="00B654B7" w:rsidRPr="005A7A3B" w:rsidRDefault="00C24232">
            <w:r w:rsidRPr="005A7A3B">
              <w:t>Vanus</w:t>
            </w:r>
          </w:p>
        </w:tc>
        <w:tc>
          <w:tcPr>
            <w:tcW w:w="5322" w:type="dxa"/>
          </w:tcPr>
          <w:p w14:paraId="5199BBBD" w14:textId="355A9F6C" w:rsidR="00B654B7" w:rsidRPr="005A7A3B" w:rsidRDefault="005D3282">
            <w:r w:rsidRPr="005A7A3B">
              <w:t>17</w:t>
            </w:r>
          </w:p>
        </w:tc>
      </w:tr>
      <w:tr w:rsidR="00B654B7" w:rsidRPr="005A7A3B" w14:paraId="3485A726" w14:textId="77777777" w:rsidTr="000067BF">
        <w:tc>
          <w:tcPr>
            <w:tcW w:w="3534" w:type="dxa"/>
          </w:tcPr>
          <w:p w14:paraId="2C5FA3AA" w14:textId="77777777" w:rsidR="00B654B7" w:rsidRPr="005A7A3B" w:rsidRDefault="00C24232">
            <w:r w:rsidRPr="005A7A3B">
              <w:t>E-posti aadress</w:t>
            </w:r>
          </w:p>
        </w:tc>
        <w:tc>
          <w:tcPr>
            <w:tcW w:w="5322" w:type="dxa"/>
          </w:tcPr>
          <w:p w14:paraId="6C1674A4" w14:textId="44CBE4F1" w:rsidR="00B654B7" w:rsidRPr="005A7A3B" w:rsidRDefault="005D3282">
            <w:r w:rsidRPr="005A7A3B">
              <w:t>jaan.juurikas@email.now</w:t>
            </w:r>
          </w:p>
        </w:tc>
      </w:tr>
      <w:tr w:rsidR="00B654B7" w:rsidRPr="005A7A3B" w14:paraId="404EEF62" w14:textId="77777777" w:rsidTr="000067BF">
        <w:tc>
          <w:tcPr>
            <w:tcW w:w="3534" w:type="dxa"/>
          </w:tcPr>
          <w:p w14:paraId="066A221E" w14:textId="77777777" w:rsidR="00B654B7" w:rsidRPr="005A7A3B" w:rsidRDefault="00C24232">
            <w:r w:rsidRPr="005A7A3B">
              <w:t>Telefon</w:t>
            </w:r>
          </w:p>
        </w:tc>
        <w:tc>
          <w:tcPr>
            <w:tcW w:w="5322" w:type="dxa"/>
          </w:tcPr>
          <w:p w14:paraId="30AB8D0D" w14:textId="77B98614" w:rsidR="00B654B7" w:rsidRPr="005A7A3B" w:rsidRDefault="005D3282">
            <w:r w:rsidRPr="005A7A3B">
              <w:t>5999999</w:t>
            </w:r>
          </w:p>
        </w:tc>
      </w:tr>
      <w:tr w:rsidR="00B654B7" w:rsidRPr="005A7A3B" w14:paraId="7BE16596" w14:textId="77777777" w:rsidTr="000067BF">
        <w:tc>
          <w:tcPr>
            <w:tcW w:w="3534" w:type="dxa"/>
          </w:tcPr>
          <w:p w14:paraId="3C1BC40A" w14:textId="31A9F686" w:rsidR="00B654B7" w:rsidRPr="005A7A3B" w:rsidRDefault="00C24232">
            <w:r w:rsidRPr="005A7A3B">
              <w:t>Kool</w:t>
            </w:r>
          </w:p>
        </w:tc>
        <w:tc>
          <w:tcPr>
            <w:tcW w:w="5322" w:type="dxa"/>
          </w:tcPr>
          <w:p w14:paraId="103C7F04" w14:textId="03FDD2C7" w:rsidR="00B654B7" w:rsidRPr="005A7A3B" w:rsidRDefault="005D3282">
            <w:proofErr w:type="spellStart"/>
            <w:r w:rsidRPr="005A7A3B">
              <w:t>Kükametsa</w:t>
            </w:r>
            <w:proofErr w:type="spellEnd"/>
            <w:r w:rsidRPr="005A7A3B">
              <w:t xml:space="preserve"> Gümnaasium</w:t>
            </w:r>
          </w:p>
        </w:tc>
      </w:tr>
      <w:tr w:rsidR="000067BF" w:rsidRPr="005A7A3B" w14:paraId="581B0D98" w14:textId="77777777" w:rsidTr="000067BF">
        <w:tc>
          <w:tcPr>
            <w:tcW w:w="3534" w:type="dxa"/>
          </w:tcPr>
          <w:p w14:paraId="6755B4A9" w14:textId="78B17B1A" w:rsidR="000067BF" w:rsidRPr="005A7A3B" w:rsidRDefault="000067BF" w:rsidP="000067BF">
            <w:r w:rsidRPr="005A7A3B">
              <w:t>Klass / kursus</w:t>
            </w:r>
          </w:p>
        </w:tc>
        <w:tc>
          <w:tcPr>
            <w:tcW w:w="5322" w:type="dxa"/>
          </w:tcPr>
          <w:p w14:paraId="5E0099D9" w14:textId="4BCC970C" w:rsidR="000067BF" w:rsidRPr="005A7A3B" w:rsidRDefault="000067BF" w:rsidP="000067BF">
            <w:r w:rsidRPr="005A7A3B">
              <w:t>G1</w:t>
            </w:r>
          </w:p>
        </w:tc>
      </w:tr>
    </w:tbl>
    <w:p w14:paraId="110320FC" w14:textId="77777777" w:rsidR="00B654B7" w:rsidRPr="005A7A3B" w:rsidRDefault="00C24232">
      <w:pPr>
        <w:pStyle w:val="Heading2"/>
      </w:pPr>
      <w:r w:rsidRPr="005A7A3B">
        <w:t>3. Konkursitöö lühikirjeldus</w:t>
      </w:r>
    </w:p>
    <w:p w14:paraId="40150FD4" w14:textId="6CA278EA" w:rsidR="00B654B7" w:rsidRPr="005A7A3B" w:rsidRDefault="00C24232">
      <w:r w:rsidRPr="005A7A3B">
        <w:t xml:space="preserve">Kirjelda projekti lühidalt (kuni </w:t>
      </w:r>
      <w:r w:rsidR="005D3282" w:rsidRPr="005A7A3B">
        <w:t>50</w:t>
      </w:r>
      <w:r w:rsidRPr="005A7A3B">
        <w:t xml:space="preserve"> sõna):</w:t>
      </w:r>
    </w:p>
    <w:tbl>
      <w:tblPr>
        <w:tblStyle w:val="TableGrid"/>
        <w:tblW w:w="0" w:type="auto"/>
        <w:tblInd w:w="38" w:type="dxa"/>
        <w:tblLook w:val="04A0" w:firstRow="1" w:lastRow="0" w:firstColumn="1" w:lastColumn="0" w:noHBand="0" w:noVBand="1"/>
      </w:tblPr>
      <w:tblGrid>
        <w:gridCol w:w="8592"/>
      </w:tblGrid>
      <w:tr w:rsidR="005D3282" w:rsidRPr="005A7A3B" w14:paraId="07032E15" w14:textId="77777777" w:rsidTr="4548DE87">
        <w:tc>
          <w:tcPr>
            <w:tcW w:w="8780" w:type="dxa"/>
          </w:tcPr>
          <w:p w14:paraId="4E0DEB28" w14:textId="5F4BE95A" w:rsidR="005D3282" w:rsidRPr="005A7A3B" w:rsidRDefault="005D3282">
            <w:r>
              <w:t xml:space="preserve">Minu loodud projektiks on nutika kodu mudel. Mudelis on automaatselt töötav valgustussüsteem, mis lülitub sisse või välja vastavalt sellele, kas õues on pime või valge. Lisaks on mudelil automaatselt avanev ja sulguv tõkkepuu, mida liigutatakse mootoritega. Modelleerisin 3D tarkvaraga vähendatud mõõtkavas mudeli, lõikasin mudeli </w:t>
            </w:r>
            <w:r w:rsidR="10886E51">
              <w:t>detailid</w:t>
            </w:r>
            <w:r>
              <w:t xml:space="preserve"> välja ja sobitasin kokku. Koostasin TinkerCadis mudeli elektroonikakomponentide skeemid ja programmi.</w:t>
            </w:r>
          </w:p>
        </w:tc>
      </w:tr>
    </w:tbl>
    <w:p w14:paraId="20610F52" w14:textId="2C85CC9F" w:rsidR="008F7748" w:rsidRDefault="008F7748">
      <w:pPr>
        <w:pStyle w:val="Heading2"/>
      </w:pPr>
      <w:r>
        <w:t xml:space="preserve">4. </w:t>
      </w:r>
      <w:r w:rsidR="00663434">
        <w:t>Konkursitööd tutvustav video</w:t>
      </w:r>
    </w:p>
    <w:tbl>
      <w:tblPr>
        <w:tblStyle w:val="TableGrid"/>
        <w:tblW w:w="0" w:type="auto"/>
        <w:tblInd w:w="38" w:type="dxa"/>
        <w:tblLook w:val="04A0" w:firstRow="1" w:lastRow="0" w:firstColumn="1" w:lastColumn="0" w:noHBand="0" w:noVBand="1"/>
      </w:tblPr>
      <w:tblGrid>
        <w:gridCol w:w="8592"/>
      </w:tblGrid>
      <w:tr w:rsidR="00663434" w14:paraId="542BA39D" w14:textId="77777777" w:rsidTr="00663434">
        <w:tc>
          <w:tcPr>
            <w:tcW w:w="8780" w:type="dxa"/>
          </w:tcPr>
          <w:p w14:paraId="28FB850A" w14:textId="4D926B78" w:rsidR="00663434" w:rsidRDefault="00663434" w:rsidP="00663434">
            <w:r>
              <w:t>[Kleebi siia link]</w:t>
            </w:r>
          </w:p>
        </w:tc>
      </w:tr>
    </w:tbl>
    <w:p w14:paraId="29755915" w14:textId="064A8086" w:rsidR="00B654B7" w:rsidRPr="005A7A3B" w:rsidRDefault="00663434">
      <w:pPr>
        <w:pStyle w:val="Heading2"/>
      </w:pPr>
      <w:r>
        <w:t>5</w:t>
      </w:r>
      <w:r w:rsidRPr="005A7A3B">
        <w:t>. Konkursitöö detailne kirjeldus</w:t>
      </w:r>
    </w:p>
    <w:p w14:paraId="15E74B42" w14:textId="10E7AC93" w:rsidR="00B654B7" w:rsidRPr="005A7A3B" w:rsidRDefault="00C24232">
      <w:r w:rsidRPr="005A7A3B">
        <w:t>Kirjelda projekti põhjalikumalt: kasutatud lahendused, tehnoloogiad, programmeerimiskeeled, komponendid, jms.</w:t>
      </w:r>
    </w:p>
    <w:tbl>
      <w:tblPr>
        <w:tblStyle w:val="TableGrid"/>
        <w:tblW w:w="0" w:type="auto"/>
        <w:tblInd w:w="38" w:type="dxa"/>
        <w:tblLook w:val="04A0" w:firstRow="1" w:lastRow="0" w:firstColumn="1" w:lastColumn="0" w:noHBand="0" w:noVBand="1"/>
      </w:tblPr>
      <w:tblGrid>
        <w:gridCol w:w="8592"/>
      </w:tblGrid>
      <w:tr w:rsidR="005D3282" w:rsidRPr="005A7A3B" w14:paraId="5A99C0A4" w14:textId="77777777" w:rsidTr="005D3282">
        <w:tc>
          <w:tcPr>
            <w:tcW w:w="8780" w:type="dxa"/>
          </w:tcPr>
          <w:p w14:paraId="4307DEE0" w14:textId="63DCB9E7" w:rsidR="00945ACA" w:rsidRDefault="005A7A3B">
            <w:r w:rsidRPr="005A7A3B">
              <w:rPr>
                <w:b/>
                <w:bCs/>
              </w:rPr>
              <w:t>3D mudel</w:t>
            </w:r>
            <w:r w:rsidRPr="005A7A3B">
              <w:t>. Projekteerisin tarkvaras 3D mudeli ja jagasin selle detailideks. Lõikasin d</w:t>
            </w:r>
            <w:r>
              <w:t xml:space="preserve">etailid välja. Tegin teadlikult reaalse vähendatud mõõtkava 1:100. </w:t>
            </w:r>
            <w:r w:rsidRPr="005A7A3B">
              <w:t xml:space="preserve">Värav </w:t>
            </w:r>
            <w:r>
              <w:t>on</w:t>
            </w:r>
            <w:r w:rsidRPr="005A7A3B">
              <w:t xml:space="preserve"> mehhaaniline libisev avanev aed. Maja</w:t>
            </w:r>
            <w:r>
              <w:t xml:space="preserve">l on </w:t>
            </w:r>
            <w:proofErr w:type="spellStart"/>
            <w:r w:rsidRPr="005A7A3B">
              <w:t>kaldkatus</w:t>
            </w:r>
            <w:proofErr w:type="spellEnd"/>
            <w:r w:rsidRPr="005A7A3B">
              <w:t xml:space="preserve">. </w:t>
            </w:r>
            <w:r w:rsidR="00873F6D">
              <w:t>Detailide joonistamisel oli kohe väga oluline arvestada ka nende ühendamise viisidega ja sellega, et lõikamisel läheb osa materjali kaotsi. Pidin mitu korda parandama, sest materjal ei hakanud hästi kokku.</w:t>
            </w:r>
          </w:p>
          <w:p w14:paraId="043945B8" w14:textId="6999644A" w:rsidR="005D3282" w:rsidRDefault="00945ACA">
            <w:proofErr w:type="spellStart"/>
            <w:r w:rsidRPr="00945ACA">
              <w:rPr>
                <w:b/>
                <w:bCs/>
              </w:rPr>
              <w:t>Elektroonikaüsteemid</w:t>
            </w:r>
            <w:proofErr w:type="spellEnd"/>
            <w:r w:rsidRPr="00945ACA">
              <w:rPr>
                <w:b/>
                <w:bCs/>
              </w:rPr>
              <w:t>.</w:t>
            </w:r>
            <w:r>
              <w:t xml:space="preserve"> </w:t>
            </w:r>
            <w:r w:rsidR="005A7A3B" w:rsidRPr="005A7A3B">
              <w:t>Mootor</w:t>
            </w:r>
            <w:r w:rsidR="005A7A3B">
              <w:t>ina kasutan</w:t>
            </w:r>
            <w:r>
              <w:t xml:space="preserve"> 5V</w:t>
            </w:r>
            <w:r w:rsidR="005A7A3B" w:rsidRPr="005A7A3B">
              <w:t xml:space="preserve"> </w:t>
            </w:r>
            <w:r w:rsidR="005A7A3B">
              <w:t>alalisvoolu mikromootorit</w:t>
            </w:r>
            <w:r w:rsidR="005A7A3B" w:rsidRPr="005A7A3B">
              <w:t>. Mudelil on kaks lampi, üks väljas teine maja sees, mis töötavad kui fototransistor loeb, et väljas on pime. Mootor ning vilkuv lamp mis vilgub selle töötamise ajal on ühendatud nupuga, mis seda aktiveerib valguse käes ja pimedas.</w:t>
            </w:r>
            <w:r w:rsidR="00873F6D">
              <w:t xml:space="preserve"> Toiteallikana kasutasin 9V patareid.</w:t>
            </w:r>
          </w:p>
          <w:p w14:paraId="3546077B" w14:textId="675B117B" w:rsidR="00945ACA" w:rsidRPr="005A7A3B" w:rsidRDefault="00945ACA" w:rsidP="00945ACA">
            <w:r w:rsidRPr="00945ACA">
              <w:rPr>
                <w:b/>
                <w:bCs/>
              </w:rPr>
              <w:t>Programmeerimine.</w:t>
            </w:r>
            <w:r>
              <w:t xml:space="preserve"> Koostasin ise programmi, mille abil juhin LED lampe ja mootorit ning nuppu. Alguses tegin digitaalse projekti </w:t>
            </w:r>
            <w:proofErr w:type="spellStart"/>
            <w:r>
              <w:t>TinkerCadis</w:t>
            </w:r>
            <w:proofErr w:type="spellEnd"/>
            <w:r>
              <w:t xml:space="preserve"> (link projektile on peatükis Viited ja lisamaterjal) ja siis ehitasin füüsilise mudeli ise valmis. </w:t>
            </w:r>
          </w:p>
        </w:tc>
      </w:tr>
    </w:tbl>
    <w:p w14:paraId="2728CD52" w14:textId="77777777" w:rsidR="00AE79FF" w:rsidRDefault="00AE79FF">
      <w:pPr>
        <w:rPr>
          <w:rFonts w:asciiTheme="majorHAnsi" w:eastAsiaTheme="majorEastAsia" w:hAnsiTheme="majorHAnsi" w:cstheme="majorBidi"/>
          <w:b/>
          <w:bCs/>
          <w:color w:val="4F81BD" w:themeColor="accent1"/>
          <w:sz w:val="26"/>
          <w:szCs w:val="26"/>
        </w:rPr>
      </w:pPr>
      <w:r>
        <w:br w:type="page"/>
      </w:r>
    </w:p>
    <w:p w14:paraId="36F80ED7" w14:textId="45A6ECD3" w:rsidR="00B654B7" w:rsidRDefault="00663434">
      <w:pPr>
        <w:pStyle w:val="Heading2"/>
      </w:pPr>
      <w:r>
        <w:lastRenderedPageBreak/>
        <w:t>6</w:t>
      </w:r>
      <w:r w:rsidRPr="005A7A3B">
        <w:t>. Töö tegemise etapid (tööplaan)</w:t>
      </w:r>
    </w:p>
    <w:tbl>
      <w:tblPr>
        <w:tblStyle w:val="TableGrid"/>
        <w:tblW w:w="8778" w:type="dxa"/>
        <w:tblInd w:w="38" w:type="dxa"/>
        <w:tblLook w:val="04A0" w:firstRow="1" w:lastRow="0" w:firstColumn="1" w:lastColumn="0" w:noHBand="0" w:noVBand="1"/>
      </w:tblPr>
      <w:tblGrid>
        <w:gridCol w:w="1630"/>
        <w:gridCol w:w="6237"/>
        <w:gridCol w:w="911"/>
      </w:tblGrid>
      <w:tr w:rsidR="003B7653" w14:paraId="137DFE7D" w14:textId="77777777" w:rsidTr="00AE79FF">
        <w:tc>
          <w:tcPr>
            <w:tcW w:w="1630" w:type="dxa"/>
            <w:shd w:val="clear" w:color="auto" w:fill="BFBFBF" w:themeFill="background1" w:themeFillShade="BF"/>
          </w:tcPr>
          <w:p w14:paraId="0B79448C" w14:textId="0450B048" w:rsidR="003B7653" w:rsidRPr="00AE79FF" w:rsidRDefault="003B7653" w:rsidP="003B7653">
            <w:pPr>
              <w:rPr>
                <w:b/>
                <w:bCs/>
              </w:rPr>
            </w:pPr>
            <w:r w:rsidRPr="00AE79FF">
              <w:rPr>
                <w:b/>
                <w:bCs/>
              </w:rPr>
              <w:t>Kuupäev</w:t>
            </w:r>
          </w:p>
        </w:tc>
        <w:tc>
          <w:tcPr>
            <w:tcW w:w="6237" w:type="dxa"/>
            <w:shd w:val="clear" w:color="auto" w:fill="BFBFBF" w:themeFill="background1" w:themeFillShade="BF"/>
          </w:tcPr>
          <w:p w14:paraId="4647687B" w14:textId="2687677D" w:rsidR="003B7653" w:rsidRPr="00AE79FF" w:rsidRDefault="003B7653" w:rsidP="003B7653">
            <w:pPr>
              <w:rPr>
                <w:b/>
                <w:bCs/>
              </w:rPr>
            </w:pPr>
            <w:r w:rsidRPr="00AE79FF">
              <w:rPr>
                <w:b/>
                <w:bCs/>
              </w:rPr>
              <w:t>Teostatud töö/teenus (vt tabeli „töö ja teenused“ jaotust)</w:t>
            </w:r>
          </w:p>
        </w:tc>
        <w:tc>
          <w:tcPr>
            <w:tcW w:w="911" w:type="dxa"/>
            <w:shd w:val="clear" w:color="auto" w:fill="BFBFBF" w:themeFill="background1" w:themeFillShade="BF"/>
          </w:tcPr>
          <w:p w14:paraId="3C80044F" w14:textId="6D20F763" w:rsidR="003B7653" w:rsidRPr="00AE79FF" w:rsidRDefault="003B7653" w:rsidP="003B7653">
            <w:pPr>
              <w:rPr>
                <w:b/>
                <w:bCs/>
              </w:rPr>
            </w:pPr>
            <w:r w:rsidRPr="00AE79FF">
              <w:rPr>
                <w:b/>
                <w:bCs/>
              </w:rPr>
              <w:t>aeg</w:t>
            </w:r>
          </w:p>
        </w:tc>
      </w:tr>
      <w:tr w:rsidR="003B7653" w14:paraId="0417AF8B" w14:textId="77777777" w:rsidTr="00AE79FF">
        <w:tc>
          <w:tcPr>
            <w:tcW w:w="1630" w:type="dxa"/>
          </w:tcPr>
          <w:p w14:paraId="36DE94F3" w14:textId="356A5009" w:rsidR="003B7653" w:rsidRDefault="003B7653" w:rsidP="003B7653">
            <w:r>
              <w:t>13.03.2025</w:t>
            </w:r>
          </w:p>
        </w:tc>
        <w:tc>
          <w:tcPr>
            <w:tcW w:w="6237" w:type="dxa"/>
          </w:tcPr>
          <w:p w14:paraId="4A8D3F23" w14:textId="77777777" w:rsidR="003B7653" w:rsidRDefault="003B7653" w:rsidP="003B7653">
            <w:r>
              <w:t>Muud tööd. Projekti tutvustus ja planeerimine. Sissejuhatus</w:t>
            </w:r>
          </w:p>
          <w:p w14:paraId="14050F50" w14:textId="27BC01B3" w:rsidR="003B7653" w:rsidRDefault="003B7653" w:rsidP="003B7653">
            <w:r>
              <w:t>Maja disaini planeerimine ja mudeli põhja 3d faili loomine.</w:t>
            </w:r>
          </w:p>
        </w:tc>
        <w:tc>
          <w:tcPr>
            <w:tcW w:w="911" w:type="dxa"/>
          </w:tcPr>
          <w:p w14:paraId="21292C28" w14:textId="7299FDA6" w:rsidR="003B7653" w:rsidRDefault="003B7653" w:rsidP="003B7653">
            <w:r>
              <w:t>2,3h</w:t>
            </w:r>
          </w:p>
        </w:tc>
      </w:tr>
      <w:tr w:rsidR="003B7653" w14:paraId="6A1FAEAB" w14:textId="77777777" w:rsidTr="00AE79FF">
        <w:tc>
          <w:tcPr>
            <w:tcW w:w="1630" w:type="dxa"/>
          </w:tcPr>
          <w:p w14:paraId="4409A70F" w14:textId="5C7CBA73" w:rsidR="003B7653" w:rsidRDefault="003B7653" w:rsidP="003B7653">
            <w:r>
              <w:t>20.03.2025</w:t>
            </w:r>
          </w:p>
        </w:tc>
        <w:tc>
          <w:tcPr>
            <w:tcW w:w="6237" w:type="dxa"/>
          </w:tcPr>
          <w:p w14:paraId="415AB826" w14:textId="3809AFEF" w:rsidR="003B7653" w:rsidRDefault="003B7653" w:rsidP="003B7653">
            <w:r>
              <w:t>Fototransistori koodi õppimine</w:t>
            </w:r>
          </w:p>
        </w:tc>
        <w:tc>
          <w:tcPr>
            <w:tcW w:w="911" w:type="dxa"/>
          </w:tcPr>
          <w:p w14:paraId="50577181" w14:textId="66AF3BB7" w:rsidR="003B7653" w:rsidRDefault="003B7653" w:rsidP="003B7653">
            <w:r>
              <w:t>2h</w:t>
            </w:r>
          </w:p>
        </w:tc>
      </w:tr>
      <w:tr w:rsidR="003B7653" w14:paraId="6088FD0D" w14:textId="77777777" w:rsidTr="00AE79FF">
        <w:tc>
          <w:tcPr>
            <w:tcW w:w="1630" w:type="dxa"/>
          </w:tcPr>
          <w:p w14:paraId="53AD49EC" w14:textId="0260C946" w:rsidR="003B7653" w:rsidRDefault="003B7653" w:rsidP="003B7653">
            <w:r>
              <w:t>27.03.2025</w:t>
            </w:r>
          </w:p>
        </w:tc>
        <w:tc>
          <w:tcPr>
            <w:tcW w:w="6237" w:type="dxa"/>
          </w:tcPr>
          <w:p w14:paraId="39F9BFDF" w14:textId="561624F8" w:rsidR="003B7653" w:rsidRDefault="003B7653" w:rsidP="003B7653">
            <w:r>
              <w:t>Maja 3d mudeli seinte koostamine</w:t>
            </w:r>
          </w:p>
        </w:tc>
        <w:tc>
          <w:tcPr>
            <w:tcW w:w="911" w:type="dxa"/>
          </w:tcPr>
          <w:p w14:paraId="3D429F62" w14:textId="2A95342F" w:rsidR="003B7653" w:rsidRDefault="003B7653" w:rsidP="003B7653">
            <w:r>
              <w:t>2,3h</w:t>
            </w:r>
          </w:p>
        </w:tc>
      </w:tr>
      <w:tr w:rsidR="003B7653" w14:paraId="4BD12232" w14:textId="77777777" w:rsidTr="00AE79FF">
        <w:tc>
          <w:tcPr>
            <w:tcW w:w="1630" w:type="dxa"/>
          </w:tcPr>
          <w:p w14:paraId="3D0BBC2E" w14:textId="3119B959" w:rsidR="003B7653" w:rsidRDefault="003B7653" w:rsidP="003B7653">
            <w:r>
              <w:t>03.04.2025</w:t>
            </w:r>
          </w:p>
        </w:tc>
        <w:tc>
          <w:tcPr>
            <w:tcW w:w="6237" w:type="dxa"/>
          </w:tcPr>
          <w:p w14:paraId="063F16D8" w14:textId="42E8555D" w:rsidR="003B7653" w:rsidRDefault="003B7653" w:rsidP="003B7653">
            <w:r>
              <w:t>Õpimappi 1-4 peatükki täitmine. Maja 3d mudeli seinte lõpetamine.</w:t>
            </w:r>
          </w:p>
        </w:tc>
        <w:tc>
          <w:tcPr>
            <w:tcW w:w="911" w:type="dxa"/>
          </w:tcPr>
          <w:p w14:paraId="3D5BFFAF" w14:textId="661F95F1" w:rsidR="003B7653" w:rsidRDefault="003B7653" w:rsidP="003B7653">
            <w:r>
              <w:t>2,3h</w:t>
            </w:r>
          </w:p>
        </w:tc>
      </w:tr>
      <w:tr w:rsidR="003B7653" w14:paraId="74560247" w14:textId="77777777" w:rsidTr="00AE79FF">
        <w:tc>
          <w:tcPr>
            <w:tcW w:w="1630" w:type="dxa"/>
          </w:tcPr>
          <w:p w14:paraId="034A1DC2" w14:textId="22A24C77" w:rsidR="003B7653" w:rsidRDefault="003B7653" w:rsidP="003B7653">
            <w:r>
              <w:t>10.04.2025</w:t>
            </w:r>
          </w:p>
        </w:tc>
        <w:tc>
          <w:tcPr>
            <w:tcW w:w="6237" w:type="dxa"/>
          </w:tcPr>
          <w:p w14:paraId="4D6452D9" w14:textId="18015C70" w:rsidR="003B7653" w:rsidRDefault="003B7653" w:rsidP="003B7653">
            <w:r>
              <w:t xml:space="preserve">Maja katuse 3d </w:t>
            </w:r>
            <w:r w:rsidR="00A45EA1">
              <w:t>modelleerimine</w:t>
            </w:r>
          </w:p>
        </w:tc>
        <w:tc>
          <w:tcPr>
            <w:tcW w:w="911" w:type="dxa"/>
          </w:tcPr>
          <w:p w14:paraId="1CCB3198" w14:textId="369CB28C" w:rsidR="003B7653" w:rsidRDefault="003B7653" w:rsidP="003B7653">
            <w:r>
              <w:t>~1,5h</w:t>
            </w:r>
          </w:p>
        </w:tc>
      </w:tr>
      <w:tr w:rsidR="003B7653" w14:paraId="182486C0" w14:textId="77777777" w:rsidTr="00AE79FF">
        <w:tc>
          <w:tcPr>
            <w:tcW w:w="1630" w:type="dxa"/>
          </w:tcPr>
          <w:p w14:paraId="20DEA0BE" w14:textId="4C522CEB" w:rsidR="003B7653" w:rsidRDefault="003B7653" w:rsidP="003B7653">
            <w:r>
              <w:t>24.04.2025</w:t>
            </w:r>
          </w:p>
        </w:tc>
        <w:tc>
          <w:tcPr>
            <w:tcW w:w="6237" w:type="dxa"/>
          </w:tcPr>
          <w:p w14:paraId="079223EB" w14:textId="64842C98" w:rsidR="003B7653" w:rsidRDefault="00A45EA1" w:rsidP="003B7653">
            <w:r>
              <w:t>Automaatse</w:t>
            </w:r>
            <w:r w:rsidR="003B7653">
              <w:t xml:space="preserve"> nupuga Värava </w:t>
            </w:r>
            <w:r>
              <w:t>programmeerimine</w:t>
            </w:r>
            <w:r w:rsidR="003B7653">
              <w:t>.</w:t>
            </w:r>
          </w:p>
          <w:p w14:paraId="17C961EE" w14:textId="0C789B1B" w:rsidR="003B7653" w:rsidRDefault="003B7653" w:rsidP="003B7653">
            <w:r>
              <w:t>Maja koodi alustamine.</w:t>
            </w:r>
          </w:p>
        </w:tc>
        <w:tc>
          <w:tcPr>
            <w:tcW w:w="911" w:type="dxa"/>
          </w:tcPr>
          <w:p w14:paraId="23BEB730" w14:textId="09E31F26" w:rsidR="003B7653" w:rsidRDefault="003B7653" w:rsidP="003B7653">
            <w:r>
              <w:t>2,3h</w:t>
            </w:r>
          </w:p>
        </w:tc>
      </w:tr>
      <w:tr w:rsidR="003B7653" w14:paraId="049825E7" w14:textId="77777777" w:rsidTr="00AE79FF">
        <w:tc>
          <w:tcPr>
            <w:tcW w:w="1630" w:type="dxa"/>
          </w:tcPr>
          <w:p w14:paraId="0CB25465" w14:textId="5BF2C833" w:rsidR="003B7653" w:rsidRDefault="003B7653" w:rsidP="003B7653">
            <w:r>
              <w:t>08.05.2025</w:t>
            </w:r>
          </w:p>
        </w:tc>
        <w:tc>
          <w:tcPr>
            <w:tcW w:w="6237" w:type="dxa"/>
          </w:tcPr>
          <w:p w14:paraId="305C4D48" w14:textId="0BF73458" w:rsidR="003B7653" w:rsidRDefault="003B7653" w:rsidP="003B7653">
            <w:r>
              <w:t>Maja väljalõikamine ja kokku panemine</w:t>
            </w:r>
          </w:p>
        </w:tc>
        <w:tc>
          <w:tcPr>
            <w:tcW w:w="911" w:type="dxa"/>
          </w:tcPr>
          <w:p w14:paraId="600D8B89" w14:textId="259FCDAA" w:rsidR="003B7653" w:rsidRDefault="003B7653" w:rsidP="003B7653">
            <w:r>
              <w:t>2,3h</w:t>
            </w:r>
          </w:p>
        </w:tc>
      </w:tr>
      <w:tr w:rsidR="003B7653" w14:paraId="1D381818" w14:textId="77777777" w:rsidTr="00AE79FF">
        <w:tc>
          <w:tcPr>
            <w:tcW w:w="1630" w:type="dxa"/>
          </w:tcPr>
          <w:p w14:paraId="0FACC861" w14:textId="0C0124DE" w:rsidR="003B7653" w:rsidRDefault="003B7653" w:rsidP="003B7653">
            <w:r>
              <w:t>15.05.2025</w:t>
            </w:r>
          </w:p>
        </w:tc>
        <w:tc>
          <w:tcPr>
            <w:tcW w:w="6237" w:type="dxa"/>
          </w:tcPr>
          <w:p w14:paraId="728FE456" w14:textId="22F00B74" w:rsidR="003B7653" w:rsidRDefault="003B7653" w:rsidP="003B7653">
            <w:r>
              <w:t>Valgustuse pärisellu lisamine</w:t>
            </w:r>
          </w:p>
        </w:tc>
        <w:tc>
          <w:tcPr>
            <w:tcW w:w="911" w:type="dxa"/>
          </w:tcPr>
          <w:p w14:paraId="1537B2CD" w14:textId="6DF41A75" w:rsidR="003B7653" w:rsidRDefault="003B7653" w:rsidP="003B7653">
            <w:r>
              <w:t>2,3h</w:t>
            </w:r>
          </w:p>
        </w:tc>
      </w:tr>
      <w:tr w:rsidR="003B7653" w14:paraId="6E2C453B" w14:textId="77777777" w:rsidTr="00AE79FF">
        <w:tc>
          <w:tcPr>
            <w:tcW w:w="1630" w:type="dxa"/>
          </w:tcPr>
          <w:p w14:paraId="33B1F0C7" w14:textId="3368CAE4" w:rsidR="003B7653" w:rsidRDefault="003B7653" w:rsidP="003B7653">
            <w:r>
              <w:t>22.05.2025</w:t>
            </w:r>
          </w:p>
        </w:tc>
        <w:tc>
          <w:tcPr>
            <w:tcW w:w="6237" w:type="dxa"/>
          </w:tcPr>
          <w:p w14:paraId="4C6EBEC2" w14:textId="563C5A61" w:rsidR="003B7653" w:rsidRDefault="003B7653" w:rsidP="003B7653">
            <w:r>
              <w:t>Värava koostamine ja mootori külge lisamine</w:t>
            </w:r>
          </w:p>
        </w:tc>
        <w:tc>
          <w:tcPr>
            <w:tcW w:w="911" w:type="dxa"/>
          </w:tcPr>
          <w:p w14:paraId="4F9908B8" w14:textId="64641500" w:rsidR="003B7653" w:rsidRDefault="003B7653" w:rsidP="003B7653">
            <w:r>
              <w:t>2,3h</w:t>
            </w:r>
          </w:p>
        </w:tc>
      </w:tr>
      <w:tr w:rsidR="003B7653" w14:paraId="47238F36" w14:textId="77777777" w:rsidTr="00AE79FF">
        <w:tc>
          <w:tcPr>
            <w:tcW w:w="1630" w:type="dxa"/>
          </w:tcPr>
          <w:p w14:paraId="6B97671F" w14:textId="3A39F82A" w:rsidR="003B7653" w:rsidRDefault="003B7653" w:rsidP="003B7653">
            <w:r>
              <w:t>29.05.2025</w:t>
            </w:r>
          </w:p>
        </w:tc>
        <w:tc>
          <w:tcPr>
            <w:tcW w:w="6237" w:type="dxa"/>
          </w:tcPr>
          <w:p w14:paraId="2A5C0035" w14:textId="5CF22C29" w:rsidR="003B7653" w:rsidRDefault="003B7653" w:rsidP="003B7653">
            <w:r>
              <w:t>Värava jätkamine, demo loomine, patarei ühendamine ja näitusele panemine.</w:t>
            </w:r>
          </w:p>
        </w:tc>
        <w:tc>
          <w:tcPr>
            <w:tcW w:w="911" w:type="dxa"/>
          </w:tcPr>
          <w:p w14:paraId="2680B31E" w14:textId="519516FB" w:rsidR="003B7653" w:rsidRDefault="003B7653" w:rsidP="003B7653">
            <w:r>
              <w:t>2,3h</w:t>
            </w:r>
          </w:p>
        </w:tc>
      </w:tr>
    </w:tbl>
    <w:p w14:paraId="0F84F0F7" w14:textId="11BC35F8" w:rsidR="00B654B7" w:rsidRPr="005A7A3B" w:rsidRDefault="00663434">
      <w:pPr>
        <w:pStyle w:val="Heading2"/>
      </w:pPr>
      <w:r>
        <w:t>7</w:t>
      </w:r>
      <w:r w:rsidRPr="005A7A3B">
        <w:t>. Kasutatud vahendid ja tehnoloogiad</w:t>
      </w:r>
    </w:p>
    <w:p w14:paraId="7A1CFDFB" w14:textId="10F4D263" w:rsidR="00B654B7" w:rsidRPr="005A7A3B" w:rsidRDefault="00C24232">
      <w:r w:rsidRPr="005A7A3B">
        <w:t>Loetle kasutatud riistvara, tarkvara, keeled, raamistikud, jms</w:t>
      </w:r>
      <w:r w:rsidR="00945ACA">
        <w:t xml:space="preserve"> ning kirjelda lühidalt, mida selle</w:t>
      </w:r>
      <w:r w:rsidR="00873F6D">
        <w:t>ga</w:t>
      </w:r>
      <w:r w:rsidR="00945ACA">
        <w:t xml:space="preserve"> tegid</w:t>
      </w:r>
      <w:r w:rsidRPr="005A7A3B">
        <w:t>:</w:t>
      </w:r>
    </w:p>
    <w:tbl>
      <w:tblPr>
        <w:tblStyle w:val="TableGrid"/>
        <w:tblW w:w="0" w:type="auto"/>
        <w:tblInd w:w="38" w:type="dxa"/>
        <w:tblLook w:val="04A0" w:firstRow="1" w:lastRow="0" w:firstColumn="1" w:lastColumn="0" w:noHBand="0" w:noVBand="1"/>
      </w:tblPr>
      <w:tblGrid>
        <w:gridCol w:w="8592"/>
      </w:tblGrid>
      <w:tr w:rsidR="005D3282" w:rsidRPr="005A7A3B" w14:paraId="7A33C5C4" w14:textId="77777777" w:rsidTr="005D3282">
        <w:tc>
          <w:tcPr>
            <w:tcW w:w="8780" w:type="dxa"/>
            <w:shd w:val="clear" w:color="auto" w:fill="BFBFBF" w:themeFill="background1" w:themeFillShade="BF"/>
          </w:tcPr>
          <w:p w14:paraId="4558C96A" w14:textId="2A832A67" w:rsidR="005D3282" w:rsidRPr="005A7A3B" w:rsidRDefault="005D3282" w:rsidP="005D3282">
            <w:pPr>
              <w:rPr>
                <w:b/>
                <w:bCs/>
              </w:rPr>
            </w:pPr>
            <w:r w:rsidRPr="005A7A3B">
              <w:rPr>
                <w:b/>
                <w:bCs/>
              </w:rPr>
              <w:t>Kasutatud riistvara</w:t>
            </w:r>
            <w:r w:rsidR="00873F6D">
              <w:rPr>
                <w:b/>
                <w:bCs/>
              </w:rPr>
              <w:t>/materjalid</w:t>
            </w:r>
          </w:p>
        </w:tc>
      </w:tr>
      <w:tr w:rsidR="005D3282" w:rsidRPr="005A7A3B" w14:paraId="5B4EF2F5" w14:textId="77777777" w:rsidTr="005D3282">
        <w:tc>
          <w:tcPr>
            <w:tcW w:w="8780" w:type="dxa"/>
          </w:tcPr>
          <w:p w14:paraId="1E23BE17" w14:textId="0A1CA848" w:rsidR="005D3282" w:rsidRPr="005A7A3B" w:rsidRDefault="005D3282" w:rsidP="005D3282">
            <w:pPr>
              <w:pStyle w:val="ListParagraph"/>
              <w:numPr>
                <w:ilvl w:val="0"/>
                <w:numId w:val="11"/>
              </w:numPr>
            </w:pPr>
            <w:r w:rsidRPr="005A7A3B">
              <w:t>3D printer “</w:t>
            </w:r>
            <w:proofErr w:type="spellStart"/>
            <w:r w:rsidRPr="005A7A3B">
              <w:t>Prusa</w:t>
            </w:r>
            <w:proofErr w:type="spellEnd"/>
            <w:r w:rsidRPr="005A7A3B">
              <w:t>”</w:t>
            </w:r>
            <w:r w:rsidR="00873F6D">
              <w:t>. Printisin välja mõned väiksemad detailid.</w:t>
            </w:r>
          </w:p>
          <w:p w14:paraId="5B995D63" w14:textId="60B1DA2D" w:rsidR="005D3282" w:rsidRPr="005A7A3B" w:rsidRDefault="005D3282" w:rsidP="005D3282">
            <w:pPr>
              <w:pStyle w:val="ListParagraph"/>
              <w:numPr>
                <w:ilvl w:val="0"/>
                <w:numId w:val="11"/>
              </w:numPr>
            </w:pPr>
            <w:r w:rsidRPr="005A7A3B">
              <w:t xml:space="preserve">CNC lõikur </w:t>
            </w:r>
            <w:proofErr w:type="spellStart"/>
            <w:r w:rsidRPr="005A7A3B">
              <w:t>Snapmaker</w:t>
            </w:r>
            <w:proofErr w:type="spellEnd"/>
            <w:r w:rsidRPr="005A7A3B">
              <w:t xml:space="preserve"> 3-in-1</w:t>
            </w:r>
            <w:r w:rsidR="00873F6D">
              <w:t>. Lõikasin kihilisest vineerist välja maja detailid.</w:t>
            </w:r>
          </w:p>
          <w:p w14:paraId="1C73E05A" w14:textId="29C565D1" w:rsidR="005D3282" w:rsidRPr="005A7A3B" w:rsidRDefault="005D3282" w:rsidP="005D3282">
            <w:pPr>
              <w:pStyle w:val="ListParagraph"/>
              <w:numPr>
                <w:ilvl w:val="0"/>
                <w:numId w:val="11"/>
              </w:numPr>
            </w:pPr>
            <w:proofErr w:type="spellStart"/>
            <w:r w:rsidRPr="005A7A3B">
              <w:t>Arduino</w:t>
            </w:r>
            <w:proofErr w:type="spellEnd"/>
            <w:r w:rsidRPr="005A7A3B">
              <w:t xml:space="preserve"> Uno Starter </w:t>
            </w:r>
            <w:proofErr w:type="spellStart"/>
            <w:r w:rsidRPr="005A7A3B">
              <w:t>Kit</w:t>
            </w:r>
            <w:proofErr w:type="spellEnd"/>
            <w:r w:rsidRPr="005A7A3B">
              <w:t xml:space="preserve"> koos elektroonikakomponentidega (LED lambid, mootor, </w:t>
            </w:r>
            <w:r w:rsidR="00873F6D">
              <w:t>fototransistor</w:t>
            </w:r>
            <w:r w:rsidRPr="005A7A3B">
              <w:t>)</w:t>
            </w:r>
            <w:r w:rsidR="00873F6D">
              <w:t>. Nendega lõin vooluringid.</w:t>
            </w:r>
          </w:p>
          <w:p w14:paraId="18A521FA" w14:textId="2502A35C" w:rsidR="005D3282" w:rsidRPr="005A7A3B" w:rsidRDefault="005D3282" w:rsidP="005D3282">
            <w:pPr>
              <w:pStyle w:val="ListParagraph"/>
              <w:numPr>
                <w:ilvl w:val="0"/>
                <w:numId w:val="11"/>
              </w:numPr>
            </w:pPr>
            <w:r w:rsidRPr="005A7A3B">
              <w:t>Erinevad tööriistad, nagu kruvikeeraja jms</w:t>
            </w:r>
            <w:r w:rsidR="00873F6D">
              <w:t>. Kasutasin materjalide töötlemiseks ja ehitamiseks.</w:t>
            </w:r>
          </w:p>
          <w:p w14:paraId="61A39318" w14:textId="30F37806" w:rsidR="005D3282" w:rsidRPr="005A7A3B" w:rsidRDefault="005D3282" w:rsidP="005D3282">
            <w:pPr>
              <w:pStyle w:val="ListParagraph"/>
              <w:numPr>
                <w:ilvl w:val="0"/>
                <w:numId w:val="11"/>
              </w:numPr>
            </w:pPr>
            <w:r w:rsidRPr="005A7A3B">
              <w:t>Jootekolb</w:t>
            </w:r>
            <w:r w:rsidR="00873F6D">
              <w:t>. Jootsin mõned kaablid kokku, mille ühenduskohad läksid katki.</w:t>
            </w:r>
          </w:p>
        </w:tc>
      </w:tr>
    </w:tbl>
    <w:p w14:paraId="374CD593" w14:textId="77777777" w:rsidR="005D3282" w:rsidRPr="005A7A3B" w:rsidRDefault="005D3282"/>
    <w:tbl>
      <w:tblPr>
        <w:tblStyle w:val="TableGrid"/>
        <w:tblW w:w="0" w:type="auto"/>
        <w:tblInd w:w="38" w:type="dxa"/>
        <w:tblLook w:val="04A0" w:firstRow="1" w:lastRow="0" w:firstColumn="1" w:lastColumn="0" w:noHBand="0" w:noVBand="1"/>
      </w:tblPr>
      <w:tblGrid>
        <w:gridCol w:w="8592"/>
      </w:tblGrid>
      <w:tr w:rsidR="005D3282" w:rsidRPr="005A7A3B" w14:paraId="2DA4F1B2" w14:textId="77777777" w:rsidTr="006A46D5">
        <w:tc>
          <w:tcPr>
            <w:tcW w:w="8780" w:type="dxa"/>
            <w:shd w:val="clear" w:color="auto" w:fill="BFBFBF" w:themeFill="background1" w:themeFillShade="BF"/>
          </w:tcPr>
          <w:p w14:paraId="515B10EB" w14:textId="23A1D619" w:rsidR="005D3282" w:rsidRPr="005A7A3B" w:rsidRDefault="005D3282" w:rsidP="006A46D5">
            <w:pPr>
              <w:rPr>
                <w:b/>
                <w:bCs/>
              </w:rPr>
            </w:pPr>
            <w:r w:rsidRPr="005A7A3B">
              <w:rPr>
                <w:b/>
                <w:bCs/>
              </w:rPr>
              <w:t>Kasutatud tarkvara</w:t>
            </w:r>
            <w:r w:rsidR="00873F6D">
              <w:rPr>
                <w:b/>
                <w:bCs/>
              </w:rPr>
              <w:t>/keskkonnad</w:t>
            </w:r>
          </w:p>
        </w:tc>
      </w:tr>
      <w:tr w:rsidR="005D3282" w:rsidRPr="005A7A3B" w14:paraId="405B3E38" w14:textId="77777777" w:rsidTr="006A46D5">
        <w:tc>
          <w:tcPr>
            <w:tcW w:w="8780" w:type="dxa"/>
          </w:tcPr>
          <w:p w14:paraId="76CC225C" w14:textId="66D754FE" w:rsidR="00945ACA" w:rsidRDefault="00945ACA" w:rsidP="005D3282">
            <w:pPr>
              <w:pStyle w:val="ListParagraph"/>
              <w:numPr>
                <w:ilvl w:val="0"/>
                <w:numId w:val="12"/>
              </w:numPr>
            </w:pPr>
            <w:r>
              <w:t>Arvuti koos Windows</w:t>
            </w:r>
            <w:r w:rsidR="00873F6D">
              <w:t xml:space="preserve"> operatsioonisüsteemiga</w:t>
            </w:r>
          </w:p>
          <w:p w14:paraId="1C603B24" w14:textId="6013E885" w:rsidR="005D3282" w:rsidRDefault="005D3282" w:rsidP="005D3282">
            <w:pPr>
              <w:pStyle w:val="ListParagraph"/>
              <w:numPr>
                <w:ilvl w:val="0"/>
                <w:numId w:val="12"/>
              </w:numPr>
            </w:pPr>
            <w:r w:rsidRPr="005A7A3B">
              <w:t xml:space="preserve">3D </w:t>
            </w:r>
            <w:proofErr w:type="spellStart"/>
            <w:r w:rsidRPr="005A7A3B">
              <w:t>modeleerimise</w:t>
            </w:r>
            <w:proofErr w:type="spellEnd"/>
            <w:r w:rsidRPr="005A7A3B">
              <w:t xml:space="preserve"> tarkvara </w:t>
            </w:r>
            <w:proofErr w:type="spellStart"/>
            <w:r w:rsidRPr="005A7A3B">
              <w:t>Fusion</w:t>
            </w:r>
            <w:proofErr w:type="spellEnd"/>
            <w:r w:rsidRPr="005A7A3B">
              <w:t xml:space="preserve"> 360</w:t>
            </w:r>
          </w:p>
          <w:p w14:paraId="46A947C9" w14:textId="75A06B1B" w:rsidR="00945ACA" w:rsidRPr="005A7A3B" w:rsidRDefault="00945ACA" w:rsidP="005D3282">
            <w:pPr>
              <w:pStyle w:val="ListParagraph"/>
              <w:numPr>
                <w:ilvl w:val="0"/>
                <w:numId w:val="12"/>
              </w:numPr>
            </w:pPr>
            <w:r>
              <w:t>3D printeri tarkvara, millega valmistasin mudeleid ette</w:t>
            </w:r>
          </w:p>
          <w:p w14:paraId="23666F06" w14:textId="77777777" w:rsidR="005D3282" w:rsidRPr="005A7A3B" w:rsidRDefault="005D3282" w:rsidP="005D3282">
            <w:pPr>
              <w:pStyle w:val="ListParagraph"/>
              <w:numPr>
                <w:ilvl w:val="0"/>
                <w:numId w:val="12"/>
              </w:numPr>
            </w:pPr>
            <w:r w:rsidRPr="005A7A3B">
              <w:t>TinkerCad.com keskkond, kus saab luua vooluringe ja simuleerida elektroonikakomponentide tööd. Koostada mikrokontrollerite juhtimiseks programme.</w:t>
            </w:r>
          </w:p>
          <w:p w14:paraId="2BD909D7" w14:textId="213EAD05" w:rsidR="005D3282" w:rsidRPr="005A7A3B" w:rsidRDefault="005D3282" w:rsidP="005D3282">
            <w:pPr>
              <w:pStyle w:val="ListParagraph"/>
              <w:numPr>
                <w:ilvl w:val="0"/>
                <w:numId w:val="12"/>
              </w:numPr>
            </w:pPr>
            <w:proofErr w:type="spellStart"/>
            <w:r w:rsidRPr="005A7A3B">
              <w:t>Arduino</w:t>
            </w:r>
            <w:proofErr w:type="spellEnd"/>
            <w:r w:rsidRPr="005A7A3B">
              <w:t xml:space="preserve"> IDE tarkvara mikrokontrollerisse programmi üles laadimiseks</w:t>
            </w:r>
            <w:r w:rsidR="00945ACA">
              <w:t>.</w:t>
            </w:r>
          </w:p>
        </w:tc>
      </w:tr>
    </w:tbl>
    <w:p w14:paraId="0A60F567" w14:textId="4FE8C235" w:rsidR="00B654B7" w:rsidRPr="005A7A3B" w:rsidRDefault="00663434">
      <w:pPr>
        <w:pStyle w:val="Heading2"/>
      </w:pPr>
      <w:r>
        <w:t>8</w:t>
      </w:r>
      <w:r w:rsidRPr="005A7A3B">
        <w:t>. Viited ja lisamaterjal</w:t>
      </w:r>
    </w:p>
    <w:p w14:paraId="44B32505" w14:textId="391830A8" w:rsidR="00B654B7" w:rsidRPr="005A7A3B" w:rsidRDefault="00C24232">
      <w:r w:rsidRPr="005A7A3B">
        <w:t>Lisa lingid</w:t>
      </w:r>
      <w:r w:rsidR="00945ACA">
        <w:t xml:space="preserve"> näiteks</w:t>
      </w:r>
      <w:r w:rsidRPr="005A7A3B">
        <w:t xml:space="preserve"> </w:t>
      </w:r>
      <w:proofErr w:type="spellStart"/>
      <w:r w:rsidRPr="005A7A3B">
        <w:t>GitHubi</w:t>
      </w:r>
      <w:proofErr w:type="spellEnd"/>
      <w:r w:rsidRPr="005A7A3B">
        <w:t>, dokumentatsioonile, õpetustele, videotele või muule lisamaterjalile:</w:t>
      </w:r>
    </w:p>
    <w:tbl>
      <w:tblPr>
        <w:tblStyle w:val="TableGrid"/>
        <w:tblW w:w="0" w:type="auto"/>
        <w:tblInd w:w="38" w:type="dxa"/>
        <w:tblLook w:val="04A0" w:firstRow="1" w:lastRow="0" w:firstColumn="1" w:lastColumn="0" w:noHBand="0" w:noVBand="1"/>
      </w:tblPr>
      <w:tblGrid>
        <w:gridCol w:w="3611"/>
        <w:gridCol w:w="4981"/>
      </w:tblGrid>
      <w:tr w:rsidR="00873F6D" w14:paraId="10B5A725" w14:textId="77777777" w:rsidTr="00873F6D">
        <w:tc>
          <w:tcPr>
            <w:tcW w:w="4390" w:type="dxa"/>
            <w:shd w:val="clear" w:color="auto" w:fill="BFBFBF" w:themeFill="background1" w:themeFillShade="BF"/>
          </w:tcPr>
          <w:p w14:paraId="17AE4759" w14:textId="36758344" w:rsidR="00873F6D" w:rsidRPr="00873F6D" w:rsidRDefault="00873F6D">
            <w:pPr>
              <w:rPr>
                <w:b/>
                <w:bCs/>
              </w:rPr>
            </w:pPr>
            <w:r w:rsidRPr="00873F6D">
              <w:rPr>
                <w:b/>
                <w:bCs/>
              </w:rPr>
              <w:t>Lühikirjeldus</w:t>
            </w:r>
          </w:p>
        </w:tc>
        <w:tc>
          <w:tcPr>
            <w:tcW w:w="4390" w:type="dxa"/>
            <w:shd w:val="clear" w:color="auto" w:fill="BFBFBF" w:themeFill="background1" w:themeFillShade="BF"/>
          </w:tcPr>
          <w:p w14:paraId="13F3F2C8" w14:textId="602005E0" w:rsidR="00873F6D" w:rsidRPr="00873F6D" w:rsidRDefault="00873F6D">
            <w:pPr>
              <w:rPr>
                <w:b/>
                <w:bCs/>
              </w:rPr>
            </w:pPr>
            <w:r w:rsidRPr="00873F6D">
              <w:rPr>
                <w:b/>
                <w:bCs/>
              </w:rPr>
              <w:t>Link</w:t>
            </w:r>
          </w:p>
        </w:tc>
      </w:tr>
      <w:tr w:rsidR="00873F6D" w14:paraId="46C85066" w14:textId="77777777" w:rsidTr="00873F6D">
        <w:tc>
          <w:tcPr>
            <w:tcW w:w="4390" w:type="dxa"/>
          </w:tcPr>
          <w:p w14:paraId="2093223D" w14:textId="5E6A48C3" w:rsidR="00873F6D" w:rsidRDefault="00873F6D">
            <w:r>
              <w:t>Otselink minu TinkerCad.com projektile, kus simuleeritakse maja elektroonikakomponentide tööd.</w:t>
            </w:r>
          </w:p>
        </w:tc>
        <w:tc>
          <w:tcPr>
            <w:tcW w:w="4390" w:type="dxa"/>
          </w:tcPr>
          <w:p w14:paraId="4795541A" w14:textId="4E7B1CBE" w:rsidR="00873F6D" w:rsidRDefault="00DD5064">
            <w:hyperlink r:id="rId9" w:history="1">
              <w:r w:rsidRPr="006556C2">
                <w:rPr>
                  <w:rStyle w:val="Hyperlink"/>
                </w:rPr>
                <w:t>https://www.tinkercad.com/things/067hg4gdPsJ-minu-unistuste-maja-</w:t>
              </w:r>
              <w:r w:rsidRPr="006556C2">
                <w:rPr>
                  <w:rStyle w:val="Hyperlink"/>
                </w:rPr>
                <w:lastRenderedPageBreak/>
                <w:t>skeem?sharecode=WRKBLai9VUZtcM2oZ2usUr-vDVmYvaGIfWW_GttfJJ8</w:t>
              </w:r>
            </w:hyperlink>
          </w:p>
        </w:tc>
      </w:tr>
    </w:tbl>
    <w:p w14:paraId="3EF70109" w14:textId="5C6F67BB" w:rsidR="00B654B7" w:rsidRPr="005A7A3B" w:rsidRDefault="00663434">
      <w:pPr>
        <w:pStyle w:val="Heading2"/>
      </w:pPr>
      <w:r>
        <w:lastRenderedPageBreak/>
        <w:t>9</w:t>
      </w:r>
      <w:r w:rsidRPr="005A7A3B">
        <w:t xml:space="preserve">. Ekraanipildid </w:t>
      </w:r>
      <w:r w:rsidR="00945ACA">
        <w:t>või</w:t>
      </w:r>
      <w:r w:rsidRPr="005A7A3B">
        <w:t xml:space="preserve"> tehnilised joonised</w:t>
      </w:r>
    </w:p>
    <w:p w14:paraId="24EF8A1E" w14:textId="77777777" w:rsidR="00B654B7" w:rsidRPr="005A7A3B" w:rsidRDefault="00C24232">
      <w:r w:rsidRPr="005A7A3B">
        <w:t>Lisa siia ekraanipildid programmikoodist, tehnilistest joonistest või skeemidest.</w:t>
      </w:r>
      <w:r w:rsidRPr="005A7A3B">
        <w:br/>
        <w:t>(Pildid võib lisada otse dokumenti või viidata linkidega.)</w:t>
      </w:r>
    </w:p>
    <w:p w14:paraId="4EC9DF8B" w14:textId="3191C3C5" w:rsidR="00873F6D" w:rsidRDefault="00873F6D">
      <w:r>
        <w:rPr>
          <w:noProof/>
        </w:rPr>
        <w:drawing>
          <wp:inline distT="0" distB="0" distL="0" distR="0" wp14:anchorId="4010221A" wp14:editId="38BF34B0">
            <wp:extent cx="5176845" cy="3322320"/>
            <wp:effectExtent l="0" t="0" r="5080" b="0"/>
            <wp:docPr id="103185968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209793" cy="3343465"/>
                    </a:xfrm>
                    <a:prstGeom prst="rect">
                      <a:avLst/>
                    </a:prstGeom>
                  </pic:spPr>
                </pic:pic>
              </a:graphicData>
            </a:graphic>
          </wp:inline>
        </w:drawing>
      </w:r>
    </w:p>
    <w:p w14:paraId="14925E31" w14:textId="1524FC34" w:rsidR="00B654B7" w:rsidRDefault="00873F6D">
      <w:r>
        <w:t xml:space="preserve">Joonis 1. Maja </w:t>
      </w:r>
      <w:proofErr w:type="spellStart"/>
      <w:r>
        <w:t>üldvaade</w:t>
      </w:r>
      <w:proofErr w:type="spellEnd"/>
      <w:r>
        <w:t>.</w:t>
      </w:r>
    </w:p>
    <w:p w14:paraId="4E58AD7B" w14:textId="7F520818" w:rsidR="00873F6D" w:rsidRDefault="00873F6D">
      <w:r>
        <w:rPr>
          <w:noProof/>
        </w:rPr>
        <w:drawing>
          <wp:inline distT="0" distB="0" distL="0" distR="0" wp14:anchorId="77093AF8" wp14:editId="1FE86D0B">
            <wp:extent cx="1589312" cy="1762910"/>
            <wp:effectExtent l="0" t="0" r="0" b="0"/>
            <wp:docPr id="120334599" name="drawing" descr="Pilt, millel on kujutatud kuvatõmmis, piksel, disain&#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34599" name="drawing" descr="Pilt, millel on kujutatud kuvatõmmis, piksel, disain&#10;&#10;Tehisintellekti genereeritud sisu ei pruugi olla õige."/>
                    <pic:cNvPicPr/>
                  </pic:nvPicPr>
                  <pic:blipFill>
                    <a:blip r:embed="rId11">
                      <a:extLst>
                        <a:ext uri="{28A0092B-C50C-407E-A947-70E740481C1C}">
                          <a14:useLocalDpi xmlns:a14="http://schemas.microsoft.com/office/drawing/2010/main" val="0"/>
                        </a:ext>
                      </a:extLst>
                    </a:blip>
                    <a:stretch>
                      <a:fillRect/>
                    </a:stretch>
                  </pic:blipFill>
                  <pic:spPr>
                    <a:xfrm>
                      <a:off x="0" y="0"/>
                      <a:ext cx="1589312" cy="1762910"/>
                    </a:xfrm>
                    <a:prstGeom prst="rect">
                      <a:avLst/>
                    </a:prstGeom>
                  </pic:spPr>
                </pic:pic>
              </a:graphicData>
            </a:graphic>
          </wp:inline>
        </w:drawing>
      </w:r>
      <w:r w:rsidR="00B161F2">
        <w:t xml:space="preserve">   </w:t>
      </w:r>
      <w:r>
        <w:rPr>
          <w:noProof/>
        </w:rPr>
        <w:drawing>
          <wp:inline distT="0" distB="0" distL="0" distR="0" wp14:anchorId="77BAB032" wp14:editId="33353711">
            <wp:extent cx="1143000" cy="1795271"/>
            <wp:effectExtent l="0" t="0" r="0" b="0"/>
            <wp:docPr id="752792310" name="drawing" descr="Pilt, millel on kujutatud kuvatõmmis, visand, piksel, disain&#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92310" name="drawing" descr="Pilt, millel on kujutatud kuvatõmmis, visand, piksel, disain&#10;&#10;Tehisintellekti genereeritud sisu ei pruugi olla õige."/>
                    <pic:cNvPicPr/>
                  </pic:nvPicPr>
                  <pic:blipFill>
                    <a:blip r:embed="rId12">
                      <a:extLst>
                        <a:ext uri="{28A0092B-C50C-407E-A947-70E740481C1C}">
                          <a14:useLocalDpi xmlns:a14="http://schemas.microsoft.com/office/drawing/2010/main" val="0"/>
                        </a:ext>
                      </a:extLst>
                    </a:blip>
                    <a:stretch>
                      <a:fillRect/>
                    </a:stretch>
                  </pic:blipFill>
                  <pic:spPr>
                    <a:xfrm>
                      <a:off x="0" y="0"/>
                      <a:ext cx="1149353" cy="1805249"/>
                    </a:xfrm>
                    <a:prstGeom prst="rect">
                      <a:avLst/>
                    </a:prstGeom>
                  </pic:spPr>
                </pic:pic>
              </a:graphicData>
            </a:graphic>
          </wp:inline>
        </w:drawing>
      </w:r>
      <w:r w:rsidR="00B161F2">
        <w:t xml:space="preserve">   </w:t>
      </w:r>
      <w:r>
        <w:rPr>
          <w:noProof/>
        </w:rPr>
        <w:drawing>
          <wp:inline distT="0" distB="0" distL="0" distR="0" wp14:anchorId="60F4D5DB" wp14:editId="0490DD8B">
            <wp:extent cx="1109133" cy="1799668"/>
            <wp:effectExtent l="0" t="0" r="0" b="0"/>
            <wp:docPr id="36708223" name="drawing" descr="Pilt, millel on kujutatud kuvatõmmis, Ristkülik, disain&#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8223" name="drawing" descr="Pilt, millel on kujutatud kuvatõmmis, Ristkülik, disain&#10;&#10;Tehisintellekti genereeritud sisu ei pruugi olla õige."/>
                    <pic:cNvPicPr/>
                  </pic:nvPicPr>
                  <pic:blipFill>
                    <a:blip r:embed="rId13">
                      <a:extLst>
                        <a:ext uri="{28A0092B-C50C-407E-A947-70E740481C1C}">
                          <a14:useLocalDpi xmlns:a14="http://schemas.microsoft.com/office/drawing/2010/main" val="0"/>
                        </a:ext>
                      </a:extLst>
                    </a:blip>
                    <a:stretch>
                      <a:fillRect/>
                    </a:stretch>
                  </pic:blipFill>
                  <pic:spPr>
                    <a:xfrm>
                      <a:off x="0" y="0"/>
                      <a:ext cx="1110132" cy="1801290"/>
                    </a:xfrm>
                    <a:prstGeom prst="rect">
                      <a:avLst/>
                    </a:prstGeom>
                  </pic:spPr>
                </pic:pic>
              </a:graphicData>
            </a:graphic>
          </wp:inline>
        </w:drawing>
      </w:r>
      <w:r w:rsidR="00B161F2">
        <w:t xml:space="preserve">   </w:t>
      </w:r>
      <w:r>
        <w:rPr>
          <w:noProof/>
        </w:rPr>
        <w:drawing>
          <wp:inline distT="0" distB="0" distL="0" distR="0" wp14:anchorId="20E82C69" wp14:editId="50947DD3">
            <wp:extent cx="1225506" cy="1795579"/>
            <wp:effectExtent l="0" t="0" r="0" b="0"/>
            <wp:docPr id="621056525" name="drawing" descr="Pilt, millel on kujutatud kuvatõmmis, disain, Ristkülik&#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056525" name="drawing" descr="Pilt, millel on kujutatud kuvatõmmis, disain, Ristkülik&#10;&#10;Tehisintellekti genereeritud sisu ei pruugi olla õige."/>
                    <pic:cNvPicPr/>
                  </pic:nvPicPr>
                  <pic:blipFill>
                    <a:blip r:embed="rId14">
                      <a:extLst>
                        <a:ext uri="{28A0092B-C50C-407E-A947-70E740481C1C}">
                          <a14:useLocalDpi xmlns:a14="http://schemas.microsoft.com/office/drawing/2010/main" val="0"/>
                        </a:ext>
                      </a:extLst>
                    </a:blip>
                    <a:stretch>
                      <a:fillRect/>
                    </a:stretch>
                  </pic:blipFill>
                  <pic:spPr>
                    <a:xfrm>
                      <a:off x="0" y="0"/>
                      <a:ext cx="1225506" cy="1795579"/>
                    </a:xfrm>
                    <a:prstGeom prst="rect">
                      <a:avLst/>
                    </a:prstGeom>
                  </pic:spPr>
                </pic:pic>
              </a:graphicData>
            </a:graphic>
          </wp:inline>
        </w:drawing>
      </w:r>
    </w:p>
    <w:p w14:paraId="2AEE07AD" w14:textId="657002B6" w:rsidR="00873F6D" w:rsidRDefault="00873F6D">
      <w:r>
        <w:t>Joonis 2. Detailide vaated.</w:t>
      </w:r>
    </w:p>
    <w:p w14:paraId="2E0B2461" w14:textId="56D81FCD" w:rsidR="00873F6D" w:rsidRDefault="00873F6D">
      <w:r>
        <w:rPr>
          <w:noProof/>
        </w:rPr>
        <w:lastRenderedPageBreak/>
        <w:drawing>
          <wp:inline distT="0" distB="0" distL="0" distR="0" wp14:anchorId="3C48CC9F" wp14:editId="7DFC1487">
            <wp:extent cx="4752974" cy="4397915"/>
            <wp:effectExtent l="0" t="0" r="0" b="0"/>
            <wp:docPr id="64455441" name="Pilt 64455441" descr="Pilt, millel on kujutatud Elektrotehnika, elektroonika, vooluahel, Vooluahela komponen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55441" name="Pilt 64455441" descr="Pilt, millel on kujutatud Elektrotehnika, elektroonika, vooluahel, Vooluahela komponent&#10;&#10;Tehisintellekti genereeritud sisu ei pruugi olla õige."/>
                    <pic:cNvPicPr/>
                  </pic:nvPicPr>
                  <pic:blipFill>
                    <a:blip r:embed="rId15">
                      <a:extLst>
                        <a:ext uri="{28A0092B-C50C-407E-A947-70E740481C1C}">
                          <a14:useLocalDpi xmlns:a14="http://schemas.microsoft.com/office/drawing/2010/main" val="0"/>
                        </a:ext>
                      </a:extLst>
                    </a:blip>
                    <a:stretch>
                      <a:fillRect/>
                    </a:stretch>
                  </pic:blipFill>
                  <pic:spPr>
                    <a:xfrm>
                      <a:off x="0" y="0"/>
                      <a:ext cx="4752974" cy="4397915"/>
                    </a:xfrm>
                    <a:prstGeom prst="rect">
                      <a:avLst/>
                    </a:prstGeom>
                  </pic:spPr>
                </pic:pic>
              </a:graphicData>
            </a:graphic>
          </wp:inline>
        </w:drawing>
      </w:r>
    </w:p>
    <w:p w14:paraId="50110767" w14:textId="50642C7A" w:rsidR="00873F6D" w:rsidRDefault="00873F6D">
      <w:r>
        <w:t>Joonis 3. Elektriskeem.</w:t>
      </w:r>
    </w:p>
    <w:p w14:paraId="4E9A4E38" w14:textId="597F2117" w:rsidR="009D4468" w:rsidRPr="005A7A3B" w:rsidRDefault="003A626C">
      <w:r w:rsidRPr="003A626C">
        <w:rPr>
          <w:noProof/>
        </w:rPr>
        <w:lastRenderedPageBreak/>
        <w:drawing>
          <wp:inline distT="0" distB="0" distL="0" distR="0" wp14:anchorId="7D2564C4" wp14:editId="3AAB270C">
            <wp:extent cx="5468113" cy="5134692"/>
            <wp:effectExtent l="0" t="0" r="0" b="8890"/>
            <wp:docPr id="331319382" name="Pilt 1" descr="Pilt, millel on kujutatud tekst, kuvatõmmis, Font, number&#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319382" name="Pilt 1" descr="Pilt, millel on kujutatud tekst, kuvatõmmis, Font, number&#10;&#10;Tehisintellekti genereeritud sisu ei pruugi olla õige."/>
                    <pic:cNvPicPr/>
                  </pic:nvPicPr>
                  <pic:blipFill>
                    <a:blip r:embed="rId16"/>
                    <a:stretch>
                      <a:fillRect/>
                    </a:stretch>
                  </pic:blipFill>
                  <pic:spPr>
                    <a:xfrm>
                      <a:off x="0" y="0"/>
                      <a:ext cx="5468113" cy="5134692"/>
                    </a:xfrm>
                    <a:prstGeom prst="rect">
                      <a:avLst/>
                    </a:prstGeom>
                  </pic:spPr>
                </pic:pic>
              </a:graphicData>
            </a:graphic>
          </wp:inline>
        </w:drawing>
      </w:r>
    </w:p>
    <w:p w14:paraId="57843BCC" w14:textId="2DC87619" w:rsidR="00873F6D" w:rsidRDefault="009D4468">
      <w:pPr>
        <w:rPr>
          <w:rFonts w:asciiTheme="majorHAnsi" w:eastAsiaTheme="majorEastAsia" w:hAnsiTheme="majorHAnsi" w:cstheme="majorBidi"/>
          <w:b/>
          <w:bCs/>
          <w:color w:val="4F81BD" w:themeColor="accent1"/>
          <w:sz w:val="26"/>
          <w:szCs w:val="26"/>
        </w:rPr>
      </w:pPr>
      <w:r>
        <w:t xml:space="preserve">Joonis 4. Minu projekti </w:t>
      </w:r>
      <w:r w:rsidR="00ED7302">
        <w:t xml:space="preserve">osaline </w:t>
      </w:r>
      <w:r>
        <w:t>programmikood</w:t>
      </w:r>
      <w:r w:rsidR="00ED7302">
        <w:t>. Terve kood on lingitud projektis.</w:t>
      </w:r>
      <w:r w:rsidR="00873F6D">
        <w:br w:type="page"/>
      </w:r>
    </w:p>
    <w:p w14:paraId="4E34479B" w14:textId="665EBD91" w:rsidR="00B654B7" w:rsidRPr="005A7A3B" w:rsidRDefault="00663434">
      <w:pPr>
        <w:pStyle w:val="Heading2"/>
      </w:pPr>
      <w:r>
        <w:lastRenderedPageBreak/>
        <w:t>10</w:t>
      </w:r>
      <w:r w:rsidRPr="005A7A3B">
        <w:t>. Fotod / ekraanipildid valminud või valmivast tootest</w:t>
      </w:r>
    </w:p>
    <w:p w14:paraId="46ABDBED" w14:textId="77777777" w:rsidR="00B654B7" w:rsidRPr="005A7A3B" w:rsidRDefault="00C24232">
      <w:r w:rsidRPr="005A7A3B">
        <w:t>Lisa fotod või ekraanipildid, mis illustreerivad projekti hetkeseisu või lõpptulemust.</w:t>
      </w:r>
    </w:p>
    <w:p w14:paraId="6F837A34" w14:textId="21F41B4C" w:rsidR="00873F6D" w:rsidRDefault="00873F6D">
      <w:r>
        <w:rPr>
          <w:noProof/>
        </w:rPr>
        <w:drawing>
          <wp:inline distT="0" distB="0" distL="0" distR="0" wp14:anchorId="2CC7F692" wp14:editId="59D46B60">
            <wp:extent cx="5463540" cy="3070343"/>
            <wp:effectExtent l="0" t="0" r="3810" b="0"/>
            <wp:docPr id="1482559205" name="Pilt 1482559205" descr="Pilt, millel on kujutatud toas, mööbel, laud, arvuti&#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59205" name="Pilt 1482559205" descr="Pilt, millel on kujutatud toas, mööbel, laud, arvuti&#10;&#10;Tehisintellekti genereeritud sisu ei pruugi olla õige."/>
                    <pic:cNvPicPr/>
                  </pic:nvPicPr>
                  <pic:blipFill>
                    <a:blip r:embed="rId17">
                      <a:extLst>
                        <a:ext uri="{28A0092B-C50C-407E-A947-70E740481C1C}">
                          <a14:useLocalDpi xmlns:a14="http://schemas.microsoft.com/office/drawing/2010/main" val="0"/>
                        </a:ext>
                      </a:extLst>
                    </a:blip>
                    <a:stretch>
                      <a:fillRect/>
                    </a:stretch>
                  </pic:blipFill>
                  <pic:spPr>
                    <a:xfrm>
                      <a:off x="0" y="0"/>
                      <a:ext cx="5483860" cy="3081762"/>
                    </a:xfrm>
                    <a:prstGeom prst="rect">
                      <a:avLst/>
                    </a:prstGeom>
                  </pic:spPr>
                </pic:pic>
              </a:graphicData>
            </a:graphic>
          </wp:inline>
        </w:drawing>
      </w:r>
    </w:p>
    <w:p w14:paraId="4A20EC0A" w14:textId="57839F4F" w:rsidR="00B654B7" w:rsidRDefault="00873F6D">
      <w:r>
        <w:t>Joonis 1. Maja vaade.</w:t>
      </w:r>
    </w:p>
    <w:p w14:paraId="3E493EBE" w14:textId="1AF8DFAF" w:rsidR="00873F6D" w:rsidRDefault="00873F6D">
      <w:r>
        <w:rPr>
          <w:noProof/>
        </w:rPr>
        <w:drawing>
          <wp:inline distT="0" distB="0" distL="0" distR="0" wp14:anchorId="58A9FC30" wp14:editId="7ABAD111">
            <wp:extent cx="1943100" cy="3457660"/>
            <wp:effectExtent l="0" t="0" r="0" b="9525"/>
            <wp:docPr id="694776748" name="Pilt 694776748" descr="Pilt, millel on kujutatud Elektrijuhtmed, kaabel, tööriist, joonistamine&#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776748" name="Pilt 694776748" descr="Pilt, millel on kujutatud Elektrijuhtmed, kaabel, tööriist, joonistamine&#10;&#10;Tehisintellekti genereeritud sisu ei pruugi olla õige."/>
                    <pic:cNvPicPr/>
                  </pic:nvPicPr>
                  <pic:blipFill>
                    <a:blip r:embed="rId18">
                      <a:extLst>
                        <a:ext uri="{28A0092B-C50C-407E-A947-70E740481C1C}">
                          <a14:useLocalDpi xmlns:a14="http://schemas.microsoft.com/office/drawing/2010/main" val="0"/>
                        </a:ext>
                      </a:extLst>
                    </a:blip>
                    <a:stretch>
                      <a:fillRect/>
                    </a:stretch>
                  </pic:blipFill>
                  <pic:spPr>
                    <a:xfrm flipH="1">
                      <a:off x="0" y="0"/>
                      <a:ext cx="1958475" cy="3485019"/>
                    </a:xfrm>
                    <a:prstGeom prst="rect">
                      <a:avLst/>
                    </a:prstGeom>
                  </pic:spPr>
                </pic:pic>
              </a:graphicData>
            </a:graphic>
          </wp:inline>
        </w:drawing>
      </w:r>
    </w:p>
    <w:p w14:paraId="48DA7EE8" w14:textId="68B336C6" w:rsidR="00873F6D" w:rsidRDefault="00873F6D">
      <w:r>
        <w:t>Joonis 2. Maja avatuna.</w:t>
      </w:r>
    </w:p>
    <w:p w14:paraId="7348753A" w14:textId="0444630E" w:rsidR="00873F6D" w:rsidRDefault="00BD36BD">
      <w:r>
        <w:rPr>
          <w:noProof/>
        </w:rPr>
        <w:lastRenderedPageBreak/>
        <w:drawing>
          <wp:inline distT="0" distB="0" distL="0" distR="0" wp14:anchorId="4E98D3BF" wp14:editId="5E443E39">
            <wp:extent cx="2606040" cy="4637333"/>
            <wp:effectExtent l="0" t="0" r="3810" b="0"/>
            <wp:docPr id="1429722893" name="Pilt 1429722893" descr="Pilt, millel on kujutatud elektroonika, Elektrijuhtmed, Elektrotehnika, kaabel&#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22893" name="Pilt 1429722893" descr="Pilt, millel on kujutatud elektroonika, Elektrijuhtmed, Elektrotehnika, kaabel&#10;&#10;Tehisintellekti genereeritud sisu ei pruugi olla õige."/>
                    <pic:cNvPicPr/>
                  </pic:nvPicPr>
                  <pic:blipFill>
                    <a:blip r:embed="rId19">
                      <a:extLst>
                        <a:ext uri="{28A0092B-C50C-407E-A947-70E740481C1C}">
                          <a14:useLocalDpi xmlns:a14="http://schemas.microsoft.com/office/drawing/2010/main" val="0"/>
                        </a:ext>
                      </a:extLst>
                    </a:blip>
                    <a:stretch>
                      <a:fillRect/>
                    </a:stretch>
                  </pic:blipFill>
                  <pic:spPr>
                    <a:xfrm>
                      <a:off x="0" y="0"/>
                      <a:ext cx="2615896" cy="4654872"/>
                    </a:xfrm>
                    <a:prstGeom prst="rect">
                      <a:avLst/>
                    </a:prstGeom>
                  </pic:spPr>
                </pic:pic>
              </a:graphicData>
            </a:graphic>
          </wp:inline>
        </w:drawing>
      </w:r>
    </w:p>
    <w:p w14:paraId="782471EE" w14:textId="0FD182E9" w:rsidR="00873F6D" w:rsidRPr="005A7A3B" w:rsidRDefault="00873F6D">
      <w:r>
        <w:t>Joonis 3. Elektroonikakomponentide paiknemine.</w:t>
      </w:r>
    </w:p>
    <w:p w14:paraId="6C0C0669" w14:textId="71DAF159" w:rsidR="00B654B7" w:rsidRPr="005A7A3B" w:rsidRDefault="00C24232">
      <w:pPr>
        <w:pStyle w:val="Heading2"/>
      </w:pPr>
      <w:r w:rsidRPr="005A7A3B">
        <w:t>1</w:t>
      </w:r>
      <w:r w:rsidR="00663434">
        <w:t>1</w:t>
      </w:r>
      <w:r w:rsidRPr="005A7A3B">
        <w:t>. Eneseanalüüs ja õpitulemused</w:t>
      </w:r>
    </w:p>
    <w:p w14:paraId="245ECEA0" w14:textId="77777777" w:rsidR="00B654B7" w:rsidRDefault="00C24232">
      <w:r w:rsidRPr="005A7A3B">
        <w:t>Kirjelda, mida projekti käigus õppisid, millised olid suurimad väljakutsed ja mida teeksid järgmisel korral teisiti.</w:t>
      </w:r>
    </w:p>
    <w:tbl>
      <w:tblPr>
        <w:tblStyle w:val="TableGrid"/>
        <w:tblW w:w="0" w:type="auto"/>
        <w:tblInd w:w="38" w:type="dxa"/>
        <w:tblLook w:val="04A0" w:firstRow="1" w:lastRow="0" w:firstColumn="1" w:lastColumn="0" w:noHBand="0" w:noVBand="1"/>
      </w:tblPr>
      <w:tblGrid>
        <w:gridCol w:w="8592"/>
      </w:tblGrid>
      <w:tr w:rsidR="00945ACA" w14:paraId="50898C3E" w14:textId="77777777" w:rsidTr="00945ACA">
        <w:tc>
          <w:tcPr>
            <w:tcW w:w="8780" w:type="dxa"/>
          </w:tcPr>
          <w:p w14:paraId="14711043" w14:textId="70C32304" w:rsidR="00945ACA" w:rsidRDefault="00945ACA">
            <w:r>
              <w:t>Kuna tegemist oli minu jaoks täiesti uue maailmaga ja ma pidin väga palju juurde õppima, siis oli see minu jaoks üsna raske. 3D modelleerimine ja maja mudeli ehitamine meeldis mulle rohkem ja oli minu jaoks kergem. Elektroonika</w:t>
            </w:r>
            <w:r w:rsidR="00BD36BD">
              <w:t xml:space="preserve">ga tegelemine oli minu jaoks palju raskem. Ma ei olnud kunagi varem mitte midagi sellist teinud ja ka programmeerimine oli minu jaoks täiesti uus. Samuti kartsin ma kogu aeg natuke, et midagi läheb valesti ja katki ja siis ei saa seda enam ära parandada. Õnneks sain </w:t>
            </w:r>
            <w:proofErr w:type="spellStart"/>
            <w:r w:rsidR="00BD36BD">
              <w:t>TinkerCadis</w:t>
            </w:r>
            <w:proofErr w:type="spellEnd"/>
            <w:r w:rsidR="00BD36BD">
              <w:t xml:space="preserve"> enne asju teha simulatsioonis ja õpetaja ka aitas ning julgustas. Mul on väga hea meel, et ma sain sellist asja teha. Kui ma saaksin seda projekti uuesti teha, siis ma planeeriksin rohkem ja prooviksin paremini teha eeltööd ning projekteerimist, sest töö tegemise käigus sain teada palju uusi nippe ja mõtteid, mille peale ei osanud varem tulla.</w:t>
            </w:r>
          </w:p>
        </w:tc>
      </w:tr>
    </w:tbl>
    <w:p w14:paraId="60289F1F" w14:textId="77777777" w:rsidR="00945ACA" w:rsidRPr="005A7A3B" w:rsidRDefault="00945ACA"/>
    <w:sectPr w:rsidR="00945ACA" w:rsidRPr="005A7A3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7B7FC7"/>
    <w:multiLevelType w:val="hybridMultilevel"/>
    <w:tmpl w:val="F30E0C2C"/>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0" w15:restartNumberingAfterBreak="0">
    <w:nsid w:val="326B73B0"/>
    <w:multiLevelType w:val="hybridMultilevel"/>
    <w:tmpl w:val="38C0751C"/>
    <w:lvl w:ilvl="0" w:tplc="0425000F">
      <w:start w:val="1"/>
      <w:numFmt w:val="decimal"/>
      <w:lvlText w:val="%1."/>
      <w:lvlJc w:val="left"/>
      <w:pPr>
        <w:ind w:left="360" w:hanging="360"/>
      </w:pPr>
      <w:rPr>
        <w:rFonts w:hint="default"/>
      </w:rPr>
    </w:lvl>
    <w:lvl w:ilvl="1" w:tplc="04250019">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1" w15:restartNumberingAfterBreak="0">
    <w:nsid w:val="356D56B1"/>
    <w:multiLevelType w:val="hybridMultilevel"/>
    <w:tmpl w:val="2DE617D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686833353">
    <w:abstractNumId w:val="8"/>
  </w:num>
  <w:num w:numId="2" w16cid:durableId="687947115">
    <w:abstractNumId w:val="6"/>
  </w:num>
  <w:num w:numId="3" w16cid:durableId="1654413038">
    <w:abstractNumId w:val="5"/>
  </w:num>
  <w:num w:numId="4" w16cid:durableId="179394439">
    <w:abstractNumId w:val="4"/>
  </w:num>
  <w:num w:numId="5" w16cid:durableId="142815320">
    <w:abstractNumId w:val="7"/>
  </w:num>
  <w:num w:numId="6" w16cid:durableId="659428207">
    <w:abstractNumId w:val="3"/>
  </w:num>
  <w:num w:numId="7" w16cid:durableId="1071342838">
    <w:abstractNumId w:val="2"/>
  </w:num>
  <w:num w:numId="8" w16cid:durableId="1640646872">
    <w:abstractNumId w:val="1"/>
  </w:num>
  <w:num w:numId="9" w16cid:durableId="1960646553">
    <w:abstractNumId w:val="0"/>
  </w:num>
  <w:num w:numId="10" w16cid:durableId="442310504">
    <w:abstractNumId w:val="11"/>
  </w:num>
  <w:num w:numId="11" w16cid:durableId="206913694">
    <w:abstractNumId w:val="10"/>
  </w:num>
  <w:num w:numId="12" w16cid:durableId="188116008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67BF"/>
    <w:rsid w:val="00034616"/>
    <w:rsid w:val="0006063C"/>
    <w:rsid w:val="0015074B"/>
    <w:rsid w:val="001B3559"/>
    <w:rsid w:val="0029639D"/>
    <w:rsid w:val="002A6D0E"/>
    <w:rsid w:val="002C3AF0"/>
    <w:rsid w:val="00326F90"/>
    <w:rsid w:val="003A626C"/>
    <w:rsid w:val="003B7653"/>
    <w:rsid w:val="00462496"/>
    <w:rsid w:val="005A7A3B"/>
    <w:rsid w:val="005D3282"/>
    <w:rsid w:val="0064192D"/>
    <w:rsid w:val="00657612"/>
    <w:rsid w:val="00663434"/>
    <w:rsid w:val="00873F6D"/>
    <w:rsid w:val="008F7748"/>
    <w:rsid w:val="0094552D"/>
    <w:rsid w:val="00945ACA"/>
    <w:rsid w:val="009D4468"/>
    <w:rsid w:val="00A45EA1"/>
    <w:rsid w:val="00AA1D8D"/>
    <w:rsid w:val="00AE79FF"/>
    <w:rsid w:val="00B161F2"/>
    <w:rsid w:val="00B47730"/>
    <w:rsid w:val="00B654B7"/>
    <w:rsid w:val="00BD36BD"/>
    <w:rsid w:val="00C24232"/>
    <w:rsid w:val="00CB0664"/>
    <w:rsid w:val="00D96346"/>
    <w:rsid w:val="00DD5064"/>
    <w:rsid w:val="00ED7302"/>
    <w:rsid w:val="00FC693F"/>
    <w:rsid w:val="10886E51"/>
    <w:rsid w:val="4548DE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A66964"/>
  <w14:defaultImageDpi w14:val="300"/>
  <w15:docId w15:val="{1B29FED6-06A3-49CE-8B49-95C301F5F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lang w:val="et-EE"/>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5D3282"/>
    <w:rPr>
      <w:color w:val="0000FF" w:themeColor="hyperlink"/>
      <w:u w:val="single"/>
    </w:rPr>
  </w:style>
  <w:style w:type="character" w:styleId="UnresolvedMention">
    <w:name w:val="Unresolved Mention"/>
    <w:basedOn w:val="DefaultParagraphFont"/>
    <w:uiPriority w:val="99"/>
    <w:semiHidden/>
    <w:unhideWhenUsed/>
    <w:rsid w:val="005D32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jp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jpg"/><Relationship Id="rId4" Type="http://schemas.openxmlformats.org/officeDocument/2006/relationships/customXml" Target="../customXml/item4.xml"/><Relationship Id="rId9" Type="http://schemas.openxmlformats.org/officeDocument/2006/relationships/hyperlink" Target="https://www.tinkercad.com/things/067hg4gdPsJ-minu-unistuste-maja-skeem?sharecode=WRKBLai9VUZtcM2oZ2usUr-vDVmYvaGIfWW_GttfJJ8"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FDB5BC0FFFAE48ABD9820AA2B4C691" ma:contentTypeVersion="4" ma:contentTypeDescription="Create a new document." ma:contentTypeScope="" ma:versionID="929066aecddce30ecca8adebf70ce375">
  <xsd:schema xmlns:xsd="http://www.w3.org/2001/XMLSchema" xmlns:xs="http://www.w3.org/2001/XMLSchema" xmlns:p="http://schemas.microsoft.com/office/2006/metadata/properties" xmlns:ns2="66eb3652-a85f-47f0-8935-35994dda7e40" targetNamespace="http://schemas.microsoft.com/office/2006/metadata/properties" ma:root="true" ma:fieldsID="2df385ab2a307a4bdc06e9103a6b90cd" ns2:_="">
    <xsd:import namespace="66eb3652-a85f-47f0-8935-35994dda7e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eb3652-a85f-47f0-8935-35994dda7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CC67D-ECFE-4DBD-BC4F-28FDBBBA42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eb3652-a85f-47f0-8935-35994dda7e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227E18-636C-4112-A8CF-BBD1228866B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66E7947-F9B7-4CCC-9C3F-D6D9F688A087}">
  <ds:schemaRefs>
    <ds:schemaRef ds:uri="http://schemas.microsoft.com/sharepoint/v3/contenttype/forms"/>
  </ds:schemaRefs>
</ds:datastoreItem>
</file>

<file path=customXml/itemProps4.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745</Words>
  <Characters>5062</Characters>
  <Application>Microsoft Office Word</Application>
  <DocSecurity>0</DocSecurity>
  <Lines>150</Lines>
  <Paragraphs>101</Paragraphs>
  <ScaleCrop>false</ScaleCrop>
  <Manager/>
  <Company/>
  <LinksUpToDate>false</LinksUpToDate>
  <CharactersWithSpaces>5716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Birgy Lorenz</cp:lastModifiedBy>
  <cp:revision>18</cp:revision>
  <dcterms:created xsi:type="dcterms:W3CDTF">2026-01-12T18:49:00Z</dcterms:created>
  <dcterms:modified xsi:type="dcterms:W3CDTF">2026-01-13T13:41:00Z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0x010100D6FDB5BC0FFFAE48ABD9820AA2B4C691</vt:lpwstr>
  </property>
  <property fmtid="{D5CDD505-2E9C-101B-9397-08002B2CF9AE}" pid="3" name="docLang">
    <vt:lpwstr>et</vt:lpwstr>
  </property>
  <property fmtid="{D5CDD505-2E9C-101B-9397-08002B2CF9AE}" pid="4" name="GrammarlyDocumentId">
    <vt:lpwstr>ca92b0ee-5c7d-40b6-a7a3-5c090eb55a3d</vt:lpwstr>
  </property>
</Properties>
</file>